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Data Privacy Notice</w:t>
      </w:r>
    </w:p>
    <w:p>
      <w:r>
        <w:t>Club Name: [Insert Club Name]</w:t>
      </w:r>
    </w:p>
    <w:p>
      <w:r>
        <w:t>Effective Date: [Insert Date]</w:t>
      </w:r>
    </w:p>
    <w:p>
      <w:r>
        <w:t>Affiliation: This club is affiliated with Scottish Squash Ltd (SSL), the national governing body for squash in Scotland.</w:t>
      </w:r>
    </w:p>
    <w:p>
      <w:pPr>
        <w:pStyle w:val="Heading2"/>
      </w:pPr>
      <w:r>
        <w:t>1. Who We Are</w:t>
      </w:r>
    </w:p>
    <w:p>
      <w:r>
        <w:t>[Insert Club Name] ("we", "us", or "our") is committed to protecting and respecting your privacy. We collect and process personal data to administer club membership, deliver squash activities, and meet the obligations of our affiliation to Scottish Squash.</w:t>
      </w:r>
    </w:p>
    <w:p>
      <w:pPr>
        <w:pStyle w:val="Heading2"/>
      </w:pPr>
      <w:r>
        <w:t>2. What Information We Collect</w:t>
      </w:r>
    </w:p>
    <w:p>
      <w:r>
        <w:t>We may collect and process the following types of personal information:</w:t>
        <w:br/>
        <w:t>- Identity Data: Full name, date of birth, gender</w:t>
        <w:br/>
        <w:t>- Contact Data: Address, email address, phone number</w:t>
        <w:br/>
        <w:t>- Membership Details: Membership type, start/end dates, emergency contacts</w:t>
        <w:br/>
        <w:t>- Participation Data: Team selection, event entries, training attendance</w:t>
        <w:br/>
        <w:t>- Health &amp; Safety Info: Medical conditions (if provided), injury reports</w:t>
        <w:br/>
        <w:t>- Media: Photos or videos for promotional purposes (with consent)</w:t>
      </w:r>
    </w:p>
    <w:p>
      <w:pPr>
        <w:pStyle w:val="Heading2"/>
      </w:pPr>
      <w:r>
        <w:t>3. Why We Collect Your Data</w:t>
      </w:r>
    </w:p>
    <w:p>
      <w:r>
        <w:t>We process your data for the following purposes:</w:t>
        <w:br/>
        <w:t>- To manage club membership and communications</w:t>
        <w:br/>
        <w:t>- To coordinate coaching, competitions, and events</w:t>
        <w:br/>
        <w:t>- To ensure the health and safety of players and volunteers</w:t>
        <w:br/>
        <w:t>- To comply with our obligations to Scottish Squash, including membership reporting</w:t>
        <w:br/>
        <w:t>- To promote the club via newsletters, social media, and other media (with your consent)</w:t>
      </w:r>
    </w:p>
    <w:p>
      <w:pPr>
        <w:pStyle w:val="Heading2"/>
      </w:pPr>
      <w:r>
        <w:t>4. Lawful Basis for Processing</w:t>
      </w:r>
    </w:p>
    <w:p>
      <w:r>
        <w:t>Our lawful bases under UK GDPR include:</w:t>
        <w:br/>
        <w:t>- Contractual obligation (e.g. managing your club membership)</w:t>
        <w:br/>
        <w:t>- Legal obligation (e.g. safeguarding, health &amp; safety compliance)</w:t>
        <w:br/>
        <w:t>- Legitimate interests (e.g. running club competitions)</w:t>
        <w:br/>
        <w:t>- Consent (e.g. using photos on social media)</w:t>
        <w:br/>
        <w:t>You can withdraw your consent at any time by contacting us.</w:t>
      </w:r>
    </w:p>
    <w:p>
      <w:pPr>
        <w:pStyle w:val="Heading2"/>
      </w:pPr>
      <w:r>
        <w:t>5. Who We Share Your Data With</w:t>
      </w:r>
    </w:p>
    <w:p>
      <w:r>
        <w:t>We may share data with:</w:t>
        <w:br/>
        <w:t>- Scottish Squash (for affiliation and player registration purposes)</w:t>
        <w:br/>
        <w:t>- Coaches, volunteers, and team managers (as needed to support activity)</w:t>
        <w:br/>
        <w:t>- Third-party platforms (e.g. booking or league systems, where necessary)</w:t>
        <w:br/>
        <w:t>- Emergency services (only in urgent health or safety situations)</w:t>
        <w:br/>
        <w:t>We do not sell or rent your data to third parties.</w:t>
      </w:r>
    </w:p>
    <w:p>
      <w:pPr>
        <w:pStyle w:val="Heading2"/>
      </w:pPr>
      <w:r>
        <w:t>6. How We Store and Protect Your Data</w:t>
      </w:r>
    </w:p>
    <w:p>
      <w:r>
        <w:t>- Data is stored securely on password-protected systems or encrypted files</w:t>
        <w:br/>
        <w:t>- Paper records (if used) are stored in locked facilities</w:t>
        <w:br/>
        <w:t>- Access to data is restricted to those with a need to know</w:t>
        <w:br/>
        <w:t>- Data is only retained for as long as necessary for its purpose or legal obligation</w:t>
      </w:r>
    </w:p>
    <w:p>
      <w:pPr>
        <w:pStyle w:val="Heading2"/>
      </w:pPr>
      <w:r>
        <w:t>7. Your Data Rights</w:t>
      </w:r>
    </w:p>
    <w:p>
      <w:r>
        <w:t>You have the right to:</w:t>
        <w:br/>
        <w:t>- Access your personal data</w:t>
        <w:br/>
        <w:t>- Request correction or deletion of your data</w:t>
        <w:br/>
        <w:t>- Object to or restrict processing</w:t>
        <w:br/>
        <w:t>- Withdraw consent where given</w:t>
        <w:br/>
        <w:t>- Lodge a complaint with the Information Commissioner’s Office (ICO)</w:t>
        <w:br/>
        <w:t>To exercise any of your rights, contact us using the details below.</w:t>
      </w:r>
    </w:p>
    <w:p>
      <w:pPr>
        <w:pStyle w:val="Heading2"/>
      </w:pPr>
      <w:r>
        <w:t>8. Contact Us</w:t>
      </w:r>
    </w:p>
    <w:p>
      <w:r>
        <w:t>If you have any questions about how we use your personal data, or if you wish to make a request regarding your information, please contact:</w:t>
        <w:br/>
        <w:t>Data Protection Contact: [Insert Contact Name]</w:t>
        <w:br/>
        <w:t>Email: [Insert Club Email Address]</w:t>
        <w:br/>
        <w:t>Phone: [Insert Phone Number]</w:t>
        <w:br/>
        <w:t>Address: [Insert Club Address]</w:t>
      </w:r>
    </w:p>
    <w:p>
      <w:pPr>
        <w:pStyle w:val="Heading2"/>
      </w:pPr>
      <w:r>
        <w:t>9. Changes to This Privacy Notice</w:t>
      </w:r>
    </w:p>
    <w:p>
      <w:r>
        <w:t>We may update this privacy notice from time to time. The latest version will always be available on our website or by request.</w:t>
      </w:r>
    </w:p>
    <w:p>
      <w:r>
        <w:t>Your privacy matters. Thank you for your trust.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E47120DF4554F8D2ACC994D84FD74" ma:contentTypeVersion="15" ma:contentTypeDescription="Create a new document." ma:contentTypeScope="" ma:versionID="7ad253004fab15eca72df58771dce272">
  <xsd:schema xmlns:xsd="http://www.w3.org/2001/XMLSchema" xmlns:xs="http://www.w3.org/2001/XMLSchema" xmlns:p="http://schemas.microsoft.com/office/2006/metadata/properties" xmlns:ns2="36d5741f-acd7-4b53-aaa1-59abb1f0f728" xmlns:ns3="4cbfc70c-b7d3-4fcd-b092-ec679e061e30" targetNamespace="http://schemas.microsoft.com/office/2006/metadata/properties" ma:root="true" ma:fieldsID="69650da15c840696704c64152201fe19" ns2:_="" ns3:_="">
    <xsd:import namespace="36d5741f-acd7-4b53-aaa1-59abb1f0f728"/>
    <xsd:import namespace="4cbfc70c-b7d3-4fcd-b092-ec679e061e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5741f-acd7-4b53-aaa1-59abb1f0f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fc70c-b7d3-4fcd-b092-ec679e061e3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F78C9F-CAAD-4808-A4C2-9CFB44E3B6C3}"/>
</file>

<file path=customXml/itemProps3.xml><?xml version="1.0" encoding="utf-8"?>
<ds:datastoreItem xmlns:ds="http://schemas.openxmlformats.org/officeDocument/2006/customXml" ds:itemID="{71704D8A-F5D1-410F-AFE4-A7ADC59B1D43}"/>
</file>

<file path=customXml/itemProps4.xml><?xml version="1.0" encoding="utf-8"?>
<ds:datastoreItem xmlns:ds="http://schemas.openxmlformats.org/officeDocument/2006/customXml" ds:itemID="{25CC220C-970B-4D55-A99B-2817142104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0x010100FD4E47120DF4554F8D2ACC994D84FD74</vt:lpwstr>
  </property>
</Properties>
</file>